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05.02.2024,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«Байкальская энергетическая компания»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"Байкальская энергетическая компания" (подробнее) Ответчики: Служба государственного жилищного и строительного надзора Иркутской области (подробнее) Иные лица: филиал ОГУП "ОЦТИ" - областное БТИ"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