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Увельского муниципального района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Хуторского сельского поселения (подробнее) Ответчики: КОНТРОЛЬНО-СЧЕТНАЯ ПАЛАТА УВЕЛЬСКОГО МУНИЦИПАЛЬНОГО РАЙОНА (подробнее) Контрольно-счетная палата Увельского муниципального района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