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«Содружество телекоммуникационных компаний»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