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«Объем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"ОБЪЕМ ЛОГИСТИК" (подробнее) Ответчики: ПАО Страховое "Ингосстрах"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