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Кесовогорского муниципального округа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автономное учреждение Тверской области "Управление государственной экспертизы проектной документации и результатов инженерных изысканий Тверской области" (подробнее) Ответчики: Администрация Кесовогорского района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