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Главному управлению Федеральной службы судебных приставов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"АСТОН. ЕКАТЕРИНБУРГ" (подробнее) Управление Федеральной службы судебных приставов по Свердловской области (подробнее) Ответчики: Главное управление Федеральной службы судебных приставов России по Свердловской области (подробнее) Федеральная служба судебных приставов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