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"КОМПАНИЯ ДИЗАЙН-СЕРВИС 2000" (подробнее) Ответчики: Инспекция Федеральной налоговой службы №15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