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УК «Стимул»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УК "Стимул" (подробнее) Ответчики: Департамент государственного жилищного надзора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