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Енисейскому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ЕНИСЕЙСКОЕ МЕЖРЕГИОНАЛЬНОЕ УПРАВЛЕНИЕ ФЕДЕРАЛЬНОЙ СЛУЖБЫ ПО НАДЗОРУ В СФЕРЕ ПРИРОДОПОЛЬЗОВАНИЯ (подробнее) Ответчики: АО "Автоспецбаза"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