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ГБУЗ "Каневска ЦРБ" МЗ КК"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