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10.01.2024,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Министерства труда и занятости населения Оренбургской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Министерство труда и занятости населения Оренбургской области (подробнее) Ответчики: ООО "СОВЕТСКИЙ ЖИЛИЩНЫЙ СЕРВИС" (подробнее) Иные лица: Арбитражный суд Уральского округа (подробнее) УФРС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