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«Южная пригородная пассажирская компания» и федеральному государственному унитарному предприятию «Крымская железная дорога»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