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«Б.Браун Медикал»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"Б.Браун Медикал" (подробнее) Ответчики: Северо-Западная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