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Руновой Екатерине Евгеньевне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