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Горноключевского городского поселения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Прокуратура Кировского района Приморского края (подробнее) Иные лица: Арбитражный суд Дальневосточного округа (подробнее) Кировский районный суд Приморского края (подробнее) Отделение судебных приставов по Кировскому району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