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Чернова Владимира Николаевича»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