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города Москвы «Жилищник района Академический»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УЧРЕЖДЕНИЕ ГОРОДА МОСКВЫ "ЖИЛИЩНИК РАЙОНА АКАДЕМИЧЕСКИЙ" (подробнее) Ответчики: ООО "Ас-Строй"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