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«Космические Коммуникации»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