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Стоматологический центр «Дантист»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СТОМАТОЛОГИЧЕСКИЙ ЦЕНТР "ДАНТИСТ" (подробнее) Ответчики: ПАО "Сбербанк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