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Главное управление Федеральной Службы Судебных Приставов России по Санкт-Петербургу (подробнее) Отдел судебных приставов по Центральному району Управления Федеральной службы судебных приставов России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