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служба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Государственной фельдъегерской службы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Государственная фельдъегерская служба Российской Федерации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