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Судебный пристав-исполнитель МОСП по ИОИП Управления ССП России по Санкт-Петербургу Громов Юрий Владимирович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