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«КубаньНедра»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"Кубаньнедра" (подробнее) ООО "Кубань Недра" (подробнее) ООО "КубаньНедра" (подробнее) Ответчики: ведущий судебный пристав-исполнитель Лабинского ГОСП Бородаев Сергей Сергеевич (подробнее) Главное Управление Федеральной службы судебных приставов России по Краснодарскому краю (подробнее) ГУ УФССП по КК (подробнее) Лабинский городской ОСП УФССП по КК СПИ Бородаев С.С. (подробнее) СПИ Лабинского ГОСП Бородаев С.С. (подробнее) Иные лица: Лабинский городской отдел судебных приставов Главного управления Федеральной службы судебных приставов по Краснодарскому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