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НПП «Спецтех»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"ГСП-Комплектация" (подробнее) Ответчики: ООО НПП "СПЕЦТЕХ"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