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«Дельта»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"Дельта" (подробнее) Ответчики: ООО "СПЕЦСТРОЙ-ПЕРМЬ"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