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«Автобаза Метростроя»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