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«Инжспецстрой»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"Инжспецстрой" (подробнее) Ответчики: ИНСПЕКЦИЯ МИНИСТЕРСТВА РОССИЙСКОЙ ФЕДЕРАЦИИ ПО НАЛОГАМ И СБОРАМ №16 ПО СЕВЕРО-ВОСТОЧНОМУ АДМИНИСТРАТИВНОМУ ОКРУГУ Г.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