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«Пулково 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"ПЛГ" (подробнее) Ответчики: Управление федеральной антимонопольной службы по городу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