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УК «Альфа»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УК "Альфа" (подробнее) Ответчики: Государственная жилищная инспекция Брянской области (подробнее) Иные лица: Двадцатый Арбитражный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