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административно-технического надзора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Жарков Аркадий Александрович (подробнее) Ответчики: Главный специалист отдела государственного технического надзора №1 Инспекции административно-технического надзора Ярославской области Кульков Евгений Алексеевич (подробнее) Инспекция административно-технического надзора Ярославской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