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Эко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Эко Дом" (подробнее) Ответчики: Государственная жилищная инспекция по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