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«Уральский завод химического машиностроения»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"Корпорация АК "ЭСКМ" (подробнее) Ответчики: ПАО "Уралхиммаш"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