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Приволжскому таможенному управлению и Самарской таможне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