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ГУП "ГОСУДАРСТВЕННЫЙ ЗЕРНОВОЙ ОПЕРАТОР"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