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Приволжскому таможенному управлению и Самарской таможне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"Мабскейл" (подробнее) Ответчики: Приволжское таможенное управление (подробнее) Иные лица: Арбитражный суд Поволжского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