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«Восточная верфь»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Министерство обороны Российской Федерации (подробнее) Ответчики: АО "ВОСТОЧНАЯ ВЕРФЬ" (подробнее) Иные лица: ПАО "Промсвязьбанк"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