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«Диктис»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Прокуратура Еврейской автономной области (подробнее) Ответчики: Администрация Ленинского муниципального района ЕАО (подробнее) ООО "Строительная компания "Диктис" (подробнее) Управление народного хозяйства и жизнеобеспечения населения администрации Ленинского муниципального района Еврейской автономной области (подробнее) Иные лица: Биробиджанский районный суд Еврейской автономной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