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Северо-Западного округа от 30.01.2024,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«Техносвар КС»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Истцы: ООО "Техносвар КС" (подробнее) Ответчики: ООО "Инжиниринг Сервис-Путьмаш"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