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31.01.2024,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«Охранное предприятие «Вымпел»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"Охранное предприятие "Вымпел" (подробнее) Ответчики: Межрайонная инспекция Федеральной налоговой службы №12 по Ставропольскому краю (подробнее) Иные лица: Управление Федеральной службы войск национальной гвардии Российской Федерации по Ставропольскому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