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«Прибалтийский судостроительный завод «Янтарь»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"Прибалтийский судостроительный завод "Янтарь" (подробнее) Ответчики: АО "ЦЕНТРАЛЬНЫЙ НАУЧНО-ИССЛЕДОВАТЕЛЬСКИЙ ИНСТИТУТ "ДЕЛЬФИН"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