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«Дарья-Металл-Групп»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"Дарья-Металл-групп" (подробнее) Ответчики: АО "Альфа-Банк"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