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"Российский сельскохозяйственный банк" (подробнее) Ответчики: в лице Федеральной службы судебных приставов России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