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Алтайского края от 21.08.2017 по настоящему делу с общества с ограниченной ответственностью «Лесное» (далее – ООО «Лесное», должник) в пользу общества с ограниченной отнесенностью «Торговый дом «Агроторг» (далее – ООО «ТД «Агроторг», взыскатель) взыскано 812 930 рублей задолженности, 812 686 рублей 28 копеек процентов, 812 рублей 93 копейки комиссии, 25 848 рублей в возмещение судебных расходов по оплате государственной пошлины. ООО «ТД «Агроторг» 05.04.2023 обратилось в арбитражный суд с заявлением о восстановление пропущенного срока для предъявления исполнительного листа к исполнению. Определением Арбитражного суда Алтайского края от 26.05.2023, оставленным без изменения постановлением Седьмого арбитражного апелляционного суда от 09.08.2023 и постановлением Арбитражного суда Западно-Сибирского округа от 13.12.2023, заявление удовлетворено, восстановлен срок для предъявления исполнительного листа к исполнению.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взыскатель не обосновал невозможность предъявления требования в установленном законом порядке и в срок.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проверив доводы кассационной жалобы заявителя, материалы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вступившего в законную силу решения от 21.08.2017 по настоящему делу 22.09.2017 выдан исполнительный лист серии ФС № 005034580, который находился на исполнении в ОСП г. Славгорода, Бурлинского, Немецкого национального районов, где в отношении должника велось исполнительное производство № 42454/17/22064, оконченное 18.01.2018 на основании пункта 3 части 1 статьи 46 Федерального закона от 02.10.2007 № 229-ФЗ «Об исполнительном производстве» (далее – Закон № 229-ФЗ) в связи с отсутствием возможности установить местонахождение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организациях. В Арбитражный суд Алтайского края 25.10.2017 поступило заявление ООО «ТД «Агроторг» о признании ООО «Лесное» несостоятельным (банкротом). ООО «ТД «Агроторг» с заявлением о включении в реестр требований кредиторов должника не обращалось. Решением Арбитражного суда Алтайского края от 30.10.2020 по делу № А03-9805/2017 должник признан несостоятельным (банкротом), в отношении него открыто конкурсное производство. Определением Арбитражного суда Алтайского края от 24.12.2021 по делу № А03-9805/2017 конкурсное производство в отношении должника прекращено в связи с погашением требований кредиторов. ООО «ТД «Агроторг» 05.04.2023 в рамках настоящего дела обратилось в арбитражный суд с заявлением о восстановление пропущенного срока для предъявления исполнительного листа к исполнению. Исследовав и оценив по правилам статьи 71 АПК РФ представленные доказательства, руководствуясь статьями 117, 321, 322 названного Кодекса, статьями 22, 96 Закона № 229-ФЗ, статьей 63 Федерального закона от 26.10.2002 № 127-ФЗ «О несостоятельности (банкротстве)», разъяснениями, 3 изложенными в пункте 4 постановления Пленума Высшего Арбитражного Суда Российской Федерации от 23.07.2009 № 59 «О некоторых вопросах практики применения Федерального закона «Об исполнительном производстве», суды удовлетворили заявление, восстановив срока для предъявления исполнительного листа к исполнению, исходя из того, что в период действия срока для предъявления исполнительного документа к исполнению более четырех лет продолжалось банкротство должника, что являлось объективным препятствием для принудительного исполнения вступившего в законную силу судебного акта, принимая во внимание отсутствие обстоятельств, свидетельствующих о злоупотреблении правом взыскателем.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«Лесное»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