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«Радуга»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"ПСО СПЕЦСТРОЙ-30" (подробнее) Ответчики: ООО "Радуга" (подробнее) Иные лица: ООО КРЦСЭ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