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«ВиноВин»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"ВИННЫЙ ДОМ "СОВЕТСКИЙ" (подробнее) Ответчики: ООО "Виновин"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