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«Научно-производственная фирма «Доломант»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"НАУЧНО-ПРОИЗВОДСТВЕННАЯ ФИРМА "ДОЛОМАНТ" (подробнее) Ответчики: Федеральная антимонопольная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