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«СМП-Нефтегаз»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"СМП-Нефтегаз" (подробнее) ООО "Б2Б-ЦЕНТР" (подробнее) Ответчики: АО "СМП-Нефтегаз"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