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«Турал»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Департамент экономического развития Ханты-Мансийского автономного округа - Югры (подробнее) Ответчики: ООО "Турал"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