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– РУСГИДРО»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"Федеральная гидрогенерирующая компания - Русгидро" (подробнее) Ответчики: ФАС России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