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ФЕДЕРАЛЬНОЕ ГОСУДАРСТВЕННОЕ БЮДЖЕТНОЕ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 (подробнее) Ответчики: ООО "Норма"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